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9DF5" w14:textId="77777777" w:rsidR="00B67522" w:rsidRPr="00525A05" w:rsidRDefault="00525A05">
      <w:pPr>
        <w:jc w:val="center"/>
        <w:rPr>
          <w:lang w:val="pt-BR"/>
        </w:rPr>
      </w:pPr>
      <w:r w:rsidRPr="00525A05">
        <w:rPr>
          <w:b/>
          <w:sz w:val="36"/>
          <w:lang w:val="pt-BR"/>
        </w:rPr>
        <w:t>REGULAMENTO OFICIAL</w:t>
      </w:r>
      <w:r w:rsidRPr="00525A05">
        <w:rPr>
          <w:b/>
          <w:sz w:val="36"/>
          <w:lang w:val="pt-BR"/>
        </w:rPr>
        <w:br/>
        <w:t>2ª CÃORRIDA DE NATAL – CRUZEIRO 2026</w:t>
      </w:r>
    </w:p>
    <w:p w14:paraId="54E2BF75" w14:textId="77777777" w:rsidR="00B67522" w:rsidRPr="00525A05" w:rsidRDefault="00525A05">
      <w:pPr>
        <w:jc w:val="center"/>
        <w:rPr>
          <w:lang w:val="pt-BR"/>
        </w:rPr>
      </w:pPr>
      <w:r w:rsidRPr="00525A05">
        <w:rPr>
          <w:b/>
          <w:lang w:val="pt-BR"/>
        </w:rPr>
        <w:t>DF5 EVENTOS</w:t>
      </w:r>
    </w:p>
    <w:p w14:paraId="19D7C44C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1. DO EVENTO</w:t>
      </w:r>
    </w:p>
    <w:p w14:paraId="05925474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2ª Cãorrida de Natal é um evento esportivo, recreativo e de integração entre tutores e seus cães, promovido pela DF5 Eventos, com o objetivo de proporcionar atividade física, lazer, convivência e uma experiência especial para os participantes e seus animais.</w:t>
      </w:r>
    </w:p>
    <w:p w14:paraId="59BEAC7F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2. DATA E LOCAL</w:t>
      </w:r>
    </w:p>
    <w:p w14:paraId="02EC737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Data: 05 de dezembro de 2026.</w:t>
      </w:r>
    </w:p>
    <w:p w14:paraId="44170C60" w14:textId="77777777" w:rsidR="00525A05" w:rsidRPr="00525A05" w:rsidRDefault="00525A05">
      <w:pPr>
        <w:rPr>
          <w:lang w:val="pt-BR"/>
        </w:rPr>
      </w:pPr>
      <w:r>
        <w:rPr>
          <w:lang w:val="pt-BR"/>
        </w:rPr>
        <w:t>Início: 16:30H</w:t>
      </w:r>
    </w:p>
    <w:p w14:paraId="43429EC9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Local: Estádio Virgílio Antunes de Oliveira (antiga ESEFIC), Rua Dr. José Rodrigues Alves Sobrinho, 191 – Vila Dr. Paulo Romeu – Cruzeiro/SP.</w:t>
      </w:r>
    </w:p>
    <w:p w14:paraId="6DD262AD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3. MODALIDADES</w:t>
      </w:r>
    </w:p>
    <w:p w14:paraId="3B208900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CÃORRIDA – modalidade competitiva: 4 (quatro) voltas completas na pista.</w:t>
      </w:r>
    </w:p>
    <w:p w14:paraId="6A348C1B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CÃOMINHADA – modalidade participativa: 2 (duas) voltas completas na pista.</w:t>
      </w:r>
    </w:p>
    <w:p w14:paraId="7CEFD01B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metragem total em metros será informada oficialmente pela organização após a confirmação da metragem do percurso utilizado.</w:t>
      </w:r>
    </w:p>
    <w:p w14:paraId="170F9605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4. DIVISÃO POR PORTE</w:t>
      </w:r>
    </w:p>
    <w:p w14:paraId="4BFAFB2F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Pequeno Porte: até 10 kg.</w:t>
      </w:r>
    </w:p>
    <w:p w14:paraId="76830AD8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Médio Porte: de 11 kg a 20 kg.</w:t>
      </w:r>
    </w:p>
    <w:p w14:paraId="1C43F95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Grande Porte: acima de 20 kg.</w:t>
      </w:r>
    </w:p>
    <w:p w14:paraId="76C0E4E7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Não haverá divisão por sexo dos cães. A classificação será realizada exclusivamente dentro do respectivo porte.</w:t>
      </w:r>
    </w:p>
    <w:p w14:paraId="611A6681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5. INSCRIÇÕES E VAGAS</w:t>
      </w:r>
    </w:p>
    <w:p w14:paraId="4CDB54FB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Serão disponibilizadas inicialmente 100 (cem) vagas totais para o evento, distribuídas entre Cãorrida e Cãominhada conforme disponibilidade definida pela organização.</w:t>
      </w:r>
    </w:p>
    <w:p w14:paraId="1557ED2A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Cada inscrição será individual e vinculada a um tutor/responsável, a um cão, a uma modalidade e a um número de peito exclusivo.</w:t>
      </w:r>
    </w:p>
    <w:p w14:paraId="69321EC6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Não haverá exigência de idade mínima específica para o tutor ou condutor nesta modalidade, ficando a idade registrada apenas como dado cadastral quando solicitada pela plataforma.</w:t>
      </w:r>
    </w:p>
    <w:p w14:paraId="42D38CD0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6. VALORES E LOTES</w:t>
      </w:r>
    </w:p>
    <w:p w14:paraId="48CDDD3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Lote Especial: 20 vagas – R$ 39,90.</w:t>
      </w:r>
    </w:p>
    <w:p w14:paraId="1CAC0556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1º Lote: 25 vagas – R$ 44,90.</w:t>
      </w:r>
    </w:p>
    <w:p w14:paraId="0E5567DF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2º Lote: 25 vagas – R$ 49,90.</w:t>
      </w:r>
    </w:p>
    <w:p w14:paraId="7D7E8F41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Lote Final: 30 vagas – R$ 59,90.</w:t>
      </w:r>
    </w:p>
    <w:p w14:paraId="7B4AA81F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Os lotes são progressivos e serão encerrados automaticamente conforme o número de vagas disponível seja atingido.</w:t>
      </w:r>
    </w:p>
    <w:p w14:paraId="7A20A2AC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7. DADOS DA INSCRIÇÃO</w:t>
      </w:r>
    </w:p>
    <w:p w14:paraId="510D9299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inscrição deverá registrar separadamente os dados completos do responsável pela inscrição/tutor e os dados do condutor, caso sejam pessoas diferentes.</w:t>
      </w:r>
    </w:p>
    <w:p w14:paraId="10BDEA00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cadastro deverá conter também os dados completos do cão participante, incluindo identificação e porte informado para fins de inscrição.</w:t>
      </w:r>
    </w:p>
    <w:p w14:paraId="60C6C37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número de peito é pessoal e intransferível. Não poderá ser utilizado por outro tutor ou por cão que não esteja cadastrado na respectiva inscrição.</w:t>
      </w:r>
    </w:p>
    <w:p w14:paraId="444662CF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utilização irregular do número de peito poderá resultar na eliminação do participante.</w:t>
      </w:r>
    </w:p>
    <w:p w14:paraId="5B497537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8. KIT DO PARTICIPANTE</w:t>
      </w:r>
    </w:p>
    <w:p w14:paraId="2C22ACE7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Cada participante receberá: 1 bandana Dog personalizada da 2ª Cãorrida de Natal; 1 número de peito exclusivo da modalidade; 1 vasilha para hidratação do cão; 1 medalha de participação; 1 garrafa de água de 500 ml para o tutor; e 1 fruta ou barra de cereal para o tutor, conforme disponibilidade definida pela organização.</w:t>
      </w:r>
    </w:p>
    <w:p w14:paraId="494FDF4D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9. HIDRATAÇÃO DOS CÃES</w:t>
      </w:r>
    </w:p>
    <w:p w14:paraId="18366E7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organização disponibilizará um ponto específico para abastecimento das vasilhas fornecidas aos participantes para hidratação dos cães.</w:t>
      </w:r>
    </w:p>
    <w:p w14:paraId="7B383E0A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ponto de abastecimento será destinado à reposição de água das vasilhas utilizadas pelos participantes durante o evento.</w:t>
      </w:r>
    </w:p>
    <w:p w14:paraId="37B10709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10. DA CÃORRIDA – COMPETIÇÃO</w:t>
      </w:r>
    </w:p>
    <w:p w14:paraId="1D67B26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Cãorrida terá caráter competitivo e será disputada em 4 (quatro) voltas completas na pista.</w:t>
      </w:r>
    </w:p>
    <w:p w14:paraId="2E349E0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As largadas serão obrigatoriamente separadas por porte, respeitando a seguinte ordem: Pequeno Porte, Médio Porte e Grande Porte.</w:t>
      </w:r>
    </w:p>
    <w:p w14:paraId="339EF5EA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próxima largada somente será realizada após a conclusão da prova anterior e a liberação da pista pela organização.</w:t>
      </w:r>
    </w:p>
    <w:p w14:paraId="744CF283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classificação será realizada manualmente pela equipe de organização, mediante controle das voltas e da ordem de chegada.</w:t>
      </w:r>
    </w:p>
    <w:p w14:paraId="470089FE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organização poderá utilizar registros em vídeo e outros meios de conferência para auxiliar na validação dos resultados em caso de dúvidas.</w:t>
      </w:r>
    </w:p>
    <w:p w14:paraId="7ABABF98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Durante cada prova, poderão ser utilizados participantes de apoio/batedores para acompanhar o início e o final do grupo, contribuindo para o controle e a segurança.</w:t>
      </w:r>
    </w:p>
    <w:p w14:paraId="695520C1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decisão final sobre classificação e premiação caberá à organização do evento.</w:t>
      </w:r>
    </w:p>
    <w:p w14:paraId="01D67398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11. DA CÃOMINHADA – PARTICIPATIVA</w:t>
      </w:r>
    </w:p>
    <w:p w14:paraId="1B1D3BC7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Cãominhada terá caráter exclusivamente participativo e recreativo e será realizada em 2 (duas) voltas completas na pista.</w:t>
      </w:r>
    </w:p>
    <w:p w14:paraId="4B8B058E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As largadas serão separadas por porte, respeitando a organização definida para o evento.</w:t>
      </w:r>
    </w:p>
    <w:p w14:paraId="2F60F546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Cãominhada não terá classificação, cronometragem, ranking, premiação por colocação ou premiação em dinheiro.</w:t>
      </w:r>
    </w:p>
    <w:p w14:paraId="35AE4C5B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Todos os participantes da Cãominhada receberão a medalha de participação prevista no kit.</w:t>
      </w:r>
    </w:p>
    <w:p w14:paraId="7AB4154C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12. PREMIAÇÃO DA CÃORRIDA</w:t>
      </w:r>
    </w:p>
    <w:p w14:paraId="69A2076F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premiação será realizada por cão e por porte, independentemente do sexo.</w:t>
      </w:r>
    </w:p>
    <w:p w14:paraId="08040CB6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Pequeno Porte: troféu para 1º, 2º e 3º colocados.</w:t>
      </w:r>
    </w:p>
    <w:p w14:paraId="1E685E5D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Médio Porte: troféu para 1º, 2º e 3º colocados.</w:t>
      </w:r>
    </w:p>
    <w:p w14:paraId="24F8CAC3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Grande Porte: troféu para 1º, 2º e 3º colocados.</w:t>
      </w:r>
    </w:p>
    <w:p w14:paraId="77875E6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Não haverá premiação em dinheiro.</w:t>
      </w:r>
    </w:p>
    <w:p w14:paraId="1F3E4F4B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13. PREMIAÇÃO MELHOR FANTASIA</w:t>
      </w:r>
    </w:p>
    <w:p w14:paraId="3474C60A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Serão premiadas as 3 (três) melhores fantasias, independentemente do porte do cão ou da modalidade.</w:t>
      </w:r>
    </w:p>
    <w:p w14:paraId="7EDE46A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escolha ocorrerá no momento da premiação, com participação do público, tendo como referência a reação e o volume dos aplausos.</w:t>
      </w:r>
    </w:p>
    <w:p w14:paraId="3049200E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As fantasias deverão ser criativas, confortáveis e seguras, não podendo prejudicar a locomoção, respiração, visão ou bem-estar do animal.</w:t>
      </w:r>
    </w:p>
    <w:p w14:paraId="005F7329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14. REGRAS DE CONDUÇÃO E SEGURANÇA</w:t>
      </w:r>
    </w:p>
    <w:p w14:paraId="68D1969A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Cada tutor/condutor deverá correr ou caminhar junto ao cão durante todo o percurso.</w:t>
      </w:r>
    </w:p>
    <w:p w14:paraId="4B8B8051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É obrigatório conduzir o cão utilizando coleira e guia adequadas.</w:t>
      </w:r>
    </w:p>
    <w:p w14:paraId="41C67AA4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Quando necessário para a segurança do próprio animal, do tutor/condutor, de outros animais ou dos demais participantes, poderá ser exigido o uso de focinheira adequada.</w:t>
      </w:r>
    </w:p>
    <w:p w14:paraId="765BCFE6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Não será permitido carregar o cão no colo durante a Cãorrida ou Cãominhada.</w:t>
      </w:r>
    </w:p>
    <w:p w14:paraId="3B43A118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Não será permitido soltar o cão da guia durante o percurso.</w:t>
      </w:r>
    </w:p>
    <w:p w14:paraId="2C87D6D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tutor/condutor deverá seguir todas as orientações da organização.</w:t>
      </w:r>
    </w:p>
    <w:p w14:paraId="72497D4C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15. SAÚDE, VACINAÇÃO E BEM-ESTAR</w:t>
      </w:r>
    </w:p>
    <w:p w14:paraId="0858B73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tutor/responsável deverá apresentar a carteira de vacinação do cão no momento da retirada do kit e mantê-la disponível durante o evento para eventual conferência.</w:t>
      </w:r>
    </w:p>
    <w:p w14:paraId="4E7A3E8E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participante deverá avaliar previamente se o cão possui condições adequadas para participar da atividade.</w:t>
      </w:r>
    </w:p>
    <w:p w14:paraId="42BEAB8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organização poderá interromper ou impedir a participação de qualquer animal que apresente condição aparente ou comportamento que possa representar risco ao próprio animal, ao tutor/condutor, a outros animais ou participantes.</w:t>
      </w:r>
    </w:p>
    <w:p w14:paraId="27C7EB29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16. HIGIENE E RESPONSABILIDADE</w:t>
      </w:r>
    </w:p>
    <w:p w14:paraId="3B953A71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É obrigação do tutor/condutor recolher e realizar o descarte adequado das fezes de seu cão durante o evento e no percurso.</w:t>
      </w:r>
    </w:p>
    <w:p w14:paraId="66EFE3E1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 tutor/condutor é responsável pela condução, comportamento e segurança do animal sob sua responsabilidade.</w:t>
      </w:r>
    </w:p>
    <w:p w14:paraId="1C061EFC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17. ACESSO À PISTA</w:t>
      </w:r>
    </w:p>
    <w:p w14:paraId="31DF60C5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Somente participantes e integrantes da equipe de organização devidamente autorizados poderão permanecer na pista durante cada prova.</w:t>
      </w:r>
    </w:p>
    <w:p w14:paraId="61903A62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Não será permitido o acesso de tutores, acompanhantes ou outros animais à pista durante prova diferente daquela em que estejam autorizados a participar.</w:t>
      </w:r>
    </w:p>
    <w:p w14:paraId="751CB31D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Os participantes deverão respeitar obrigatoriamente a largada correspondente ao porte inscrito.</w:t>
      </w:r>
    </w:p>
    <w:p w14:paraId="691066DA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18. ELIMINAÇÃO E PENALIDADES</w:t>
      </w:r>
    </w:p>
    <w:p w14:paraId="3546BB0C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Poderá ser eliminado o participante que utilizar número de peito de outro participante, permitir a utilização de seu número por terceiro, utilizar número correspondente a cão não cadastrado, desrespeitar a largada correspondente ao porte, não completar o número obrigatório de voltas, soltar o cão da guia, colocar outros participantes ou animais em risco, descumprir orientações da organização ou infringir as regras deste regulamento.</w:t>
      </w:r>
    </w:p>
    <w:p w14:paraId="75828CE1" w14:textId="77777777" w:rsidR="00B67522" w:rsidRPr="00525A05" w:rsidRDefault="00525A05">
      <w:pPr>
        <w:pStyle w:val="Ttulo1"/>
        <w:rPr>
          <w:lang w:val="pt-BR"/>
        </w:rPr>
      </w:pPr>
      <w:r w:rsidRPr="00525A05">
        <w:rPr>
          <w:lang w:val="pt-BR"/>
        </w:rPr>
        <w:t>19. DISPOSIÇÕES FINAIS</w:t>
      </w:r>
    </w:p>
    <w:p w14:paraId="2C63858E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organização poderá realizar ajustes operacionais necessários para preservar a segurança, o bom andamento do evento e o bem-estar dos animais e participantes.</w:t>
      </w:r>
    </w:p>
    <w:p w14:paraId="01076F22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Situações não previstas neste regulamento serão analisadas e decididas pela organização.</w:t>
      </w:r>
    </w:p>
    <w:p w14:paraId="153F16F6" w14:textId="77777777" w:rsidR="00B67522" w:rsidRPr="00525A05" w:rsidRDefault="00525A05">
      <w:pPr>
        <w:rPr>
          <w:lang w:val="pt-BR"/>
        </w:rPr>
      </w:pPr>
      <w:r w:rsidRPr="00525A05">
        <w:rPr>
          <w:lang w:val="pt-BR"/>
        </w:rPr>
        <w:t>A participação no evento implica ciência e concordância com as regras deste regulamento.</w:t>
      </w:r>
    </w:p>
    <w:p w14:paraId="3060AA45" w14:textId="77777777" w:rsidR="00B67522" w:rsidRPr="00525A05" w:rsidRDefault="00525A05">
      <w:pPr>
        <w:jc w:val="center"/>
        <w:rPr>
          <w:lang w:val="pt-BR"/>
        </w:rPr>
      </w:pPr>
      <w:r w:rsidRPr="00525A05">
        <w:rPr>
          <w:b/>
          <w:lang w:val="pt-BR"/>
        </w:rPr>
        <w:t>DF5 EVENTOS • 2ª CÃORRIDA DE NATAL • CRUZEIRO/SP • 2026</w:t>
      </w:r>
    </w:p>
    <w:sectPr w:rsidR="00B67522" w:rsidRPr="00525A05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5020598">
    <w:abstractNumId w:val="8"/>
  </w:num>
  <w:num w:numId="2" w16cid:durableId="1171994287">
    <w:abstractNumId w:val="6"/>
  </w:num>
  <w:num w:numId="3" w16cid:durableId="68044359">
    <w:abstractNumId w:val="5"/>
  </w:num>
  <w:num w:numId="4" w16cid:durableId="1963000726">
    <w:abstractNumId w:val="4"/>
  </w:num>
  <w:num w:numId="5" w16cid:durableId="1387333846">
    <w:abstractNumId w:val="7"/>
  </w:num>
  <w:num w:numId="6" w16cid:durableId="1275208454">
    <w:abstractNumId w:val="3"/>
  </w:num>
  <w:num w:numId="7" w16cid:durableId="271204192">
    <w:abstractNumId w:val="2"/>
  </w:num>
  <w:num w:numId="8" w16cid:durableId="952706347">
    <w:abstractNumId w:val="1"/>
  </w:num>
  <w:num w:numId="9" w16cid:durableId="832330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22B0"/>
    <w:rsid w:val="00525A05"/>
    <w:rsid w:val="00AA1D8D"/>
    <w:rsid w:val="00B47730"/>
    <w:rsid w:val="00B67522"/>
    <w:rsid w:val="00CB0664"/>
    <w:rsid w:val="00F625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E33B5"/>
  <w14:defaultImageDpi w14:val="300"/>
  <w15:docId w15:val="{C405E718-255D-41EF-9616-E752087C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349581-27B7-46B6-8F5B-3944F717801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1192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danielcarlos luciano</cp:lastModifiedBy>
  <cp:revision>2</cp:revision>
  <dcterms:created xsi:type="dcterms:W3CDTF">2026-09-02T13:38:00Z</dcterms:created>
  <dcterms:modified xsi:type="dcterms:W3CDTF">2026-09-02T13:38:00Z</dcterms:modified>
  <cp:category/>
</cp:coreProperties>
</file>